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  <w:i w:val="0"/>
        </w:rPr>
        <w:t>SOP: Schedule a meeting with Maya</w:t>
      </w:r>
    </w:p>
    <w:p>
      <w:pPr/>
      <w:r>
        <w:rPr>
          <w:b/>
          <w:i w:val="0"/>
        </w:rPr>
        <w:t xml:space="preserve">Trigger: </w:t>
      </w:r>
      <w:r>
        <w:rPr>
          <w:b w:val="0"/>
          <w:i w:val="0"/>
        </w:rPr>
        <w:t>Someone asks to meet with Maya, by email or Slack.</w:t>
      </w:r>
    </w:p>
    <w:p>
      <w:pPr/>
      <w:r>
        <w:rPr>
          <w:b/>
          <w:i w:val="0"/>
        </w:rPr>
        <w:t xml:space="preserve">Expected output: </w:t>
      </w:r>
      <w:r>
        <w:rPr>
          <w:b w:val="0"/>
          <w:i w:val="0"/>
        </w:rPr>
        <w:t>A calendar invite every attendee has accepted, with a video link and a one-line agenda.</w:t>
      </w:r>
    </w:p>
    <w:p>
      <w:pPr>
        <w:pStyle w:val="Heading1"/>
      </w:pPr>
      <w:r>
        <w:rPr>
          <w:b/>
          <w:i w:val="0"/>
        </w:rPr>
        <w:t>Steps</w:t>
      </w:r>
    </w:p>
    <w:p>
      <w:pPr/>
      <w:r>
        <w:rPr>
          <w:b/>
          <w:i w:val="0"/>
        </w:rPr>
        <w:t xml:space="preserve">Watch it done: </w:t>
      </w:r>
      <w:r>
        <w:rPr>
          <w:b w:val="0"/>
          <w:i w:val="0"/>
        </w:rPr>
        <w:t>[Link to a video or step-by-step guide of this task]</w:t>
      </w:r>
    </w:p>
    <w:p>
      <w:pPr>
        <w:ind w:left="288" w:hanging="288"/>
      </w:pPr>
      <w:r>
        <w:t xml:space="preserve">1. </w:t>
      </w:r>
      <w:r>
        <w:rPr>
          <w:b w:val="0"/>
          <w:i w:val="0"/>
        </w:rPr>
        <w:t>Confirm who’s attending, how long the meeting is, and what it’s for.</w:t>
      </w:r>
    </w:p>
    <w:p>
      <w:pPr>
        <w:ind w:left="288" w:hanging="288"/>
      </w:pPr>
      <w:r>
        <w:t xml:space="preserve">2. </w:t>
      </w:r>
      <w:r>
        <w:rPr>
          <w:b w:val="0"/>
          <w:i w:val="0"/>
        </w:rPr>
        <w:t>Find each attendee’s time zone. Check their email signature first, then ask if it’s missing.</w:t>
      </w:r>
    </w:p>
    <w:p>
      <w:pPr>
        <w:ind w:left="288" w:hanging="288"/>
      </w:pPr>
      <w:r>
        <w:t xml:space="preserve">3. </w:t>
      </w:r>
      <w:r>
        <w:rPr>
          <w:b w:val="0"/>
          <w:i w:val="0"/>
        </w:rPr>
        <w:t>Check Maya’s calendar for open slots inside her meeting windows.</w:t>
      </w:r>
    </w:p>
    <w:p>
      <w:pPr>
        <w:ind w:left="288" w:hanging="288"/>
      </w:pPr>
      <w:r>
        <w:t xml:space="preserve">4. </w:t>
      </w:r>
      <w:r>
        <w:rPr>
          <w:b w:val="0"/>
          <w:i w:val="0"/>
        </w:rPr>
        <w:t>Offer two slots, written in the attendee’s time zone with Maya’s in brackets.</w:t>
      </w:r>
    </w:p>
    <w:p>
      <w:pPr>
        <w:ind w:left="288" w:hanging="288"/>
      </w:pPr>
      <w:r>
        <w:t xml:space="preserve">5. </w:t>
      </w:r>
      <w:r>
        <w:rPr>
          <w:b w:val="0"/>
          <w:i w:val="0"/>
        </w:rPr>
        <w:t>When they pick one, check the calendar again for conflicts.</w:t>
      </w:r>
    </w:p>
    <w:p>
      <w:pPr>
        <w:ind w:left="288" w:hanging="288"/>
      </w:pPr>
      <w:r>
        <w:t xml:space="preserve">6. </w:t>
      </w:r>
      <w:r>
        <w:rPr>
          <w:b w:val="0"/>
          <w:i w:val="0"/>
        </w:rPr>
        <w:t>Send the invite. Title it “Studio x Company: Purpose” and add the video link and agenda.</w:t>
      </w:r>
    </w:p>
    <w:p>
      <w:pPr>
        <w:ind w:left="288" w:hanging="288"/>
      </w:pPr>
      <w:r>
        <w:t xml:space="preserve">7. </w:t>
      </w:r>
      <w:r>
        <w:rPr>
          <w:b w:val="0"/>
          <w:i w:val="0"/>
        </w:rPr>
        <w:t>Reply in the thread to confirm the invite is sent.</w:t>
      </w:r>
    </w:p>
    <w:p>
      <w:pPr>
        <w:pStyle w:val="Heading1"/>
      </w:pPr>
      <w:r>
        <w:rPr>
          <w:b/>
          <w:i w:val="0"/>
        </w:rPr>
        <w:t>Decisions and exceptions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84"/>
        <w:gridCol w:w="4464"/>
        <w:gridCol w:w="2232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If this happens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Do this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Who decides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No open slot in the next [two weeks]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Send Maya the request and the first slot outside her windows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The attendee asks to reschedule a second time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Hand the thread to Maya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The meeting would fall before [9:00] or after [18:00]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Ask Maya first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An existing client asks for a [30-minute] check-in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Book it inside her windows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</w:tbl>
    <w:p>
      <w:pPr>
        <w:spacing w:after="0"/>
      </w:pPr>
    </w:p>
    <w:p>
      <w:pPr/>
      <w:r>
        <w:rPr>
          <w:b/>
          <w:i w:val="0"/>
        </w:rPr>
        <w:t xml:space="preserve">You may act without asking when: </w:t>
      </w:r>
      <w:r>
        <w:rPr>
          <w:b w:val="0"/>
          <w:i w:val="0"/>
        </w:rPr>
        <w:t>The attendee is an existing client and the meeting fits Maya’s windows.</w:t>
      </w:r>
    </w:p>
    <w:p>
      <w:pPr/>
      <w:r>
        <w:rPr>
          <w:b/>
          <w:i w:val="0"/>
        </w:rPr>
        <w:t xml:space="preserve">Stop and ask when: </w:t>
      </w:r>
      <w:r>
        <w:rPr>
          <w:b w:val="0"/>
          <w:i w:val="0"/>
        </w:rPr>
        <w:t>The request is from someone new, or it needs more than [60 minutes].</w:t>
      </w:r>
    </w:p>
    <w:p>
      <w:pPr/>
      <w:r>
        <w:rPr>
          <w:b/>
          <w:i w:val="0"/>
        </w:rPr>
        <w:t xml:space="preserve">Never: </w:t>
      </w:r>
      <w:r>
        <w:rPr>
          <w:b w:val="0"/>
          <w:i w:val="0"/>
        </w:rPr>
        <w:t>Move or cancel a meeting already on Maya’s calendar.</w:t>
      </w:r>
    </w:p>
    <w:p>
      <w:pPr/>
      <w:r>
        <w:rPr>
          <w:b/>
          <w:i w:val="0"/>
        </w:rPr>
        <w:t xml:space="preserve">Maya’s meeting windows: </w:t>
      </w:r>
      <w:r>
        <w:rPr>
          <w:b w:val="0"/>
          <w:i w:val="0"/>
        </w:rPr>
        <w:t>[Tuesday to Thursday, 10:00 to 16:00 IST], with [15 minutes] between meetings.</w:t>
      </w:r>
    </w:p>
    <w:p>
      <w:pPr>
        <w:pStyle w:val="Heading1"/>
      </w:pPr>
      <w:r>
        <w:rPr>
          <w:b/>
          <w:i w:val="0"/>
        </w:rPr>
        <w:t>Quality check</w:t>
      </w:r>
    </w:p>
    <w:p>
      <w:pPr>
        <w:pStyle w:val="ListBullet"/>
      </w:pPr>
      <w:r>
        <w:rPr>
          <w:b w:val="0"/>
          <w:i w:val="0"/>
        </w:rPr>
        <w:t>The invite shows the right time in both time zones.</w:t>
      </w:r>
    </w:p>
    <w:p>
      <w:pPr>
        <w:pStyle w:val="ListBullet"/>
      </w:pPr>
      <w:r>
        <w:rPr>
          <w:b w:val="0"/>
          <w:i w:val="0"/>
        </w:rPr>
        <w:t>The video link opens.</w:t>
      </w:r>
    </w:p>
    <w:p>
      <w:pPr>
        <w:pStyle w:val="ListBullet"/>
      </w:pPr>
      <w:r>
        <w:rPr>
          <w:b w:val="0"/>
          <w:i w:val="0"/>
        </w:rPr>
        <w:t>Every attendee is on the invite.</w:t>
      </w:r>
    </w:p>
    <w:p>
      <w:pPr>
        <w:pStyle w:val="Heading1"/>
      </w:pPr>
      <w:r>
        <w:rPr>
          <w:b/>
          <w:i w:val="0"/>
        </w:rPr>
        <w:t>Report completion</w:t>
      </w:r>
    </w:p>
    <w:p>
      <w:pPr/>
      <w:r>
        <w:rPr>
          <w:b/>
          <w:i w:val="0"/>
        </w:rPr>
        <w:t xml:space="preserve">Where: </w:t>
      </w:r>
      <w:r>
        <w:rPr>
          <w:b w:val="0"/>
          <w:i w:val="0"/>
        </w:rPr>
        <w:t>Reply in the original email or Slack thread.</w:t>
      </w:r>
    </w:p>
    <w:p>
      <w:pPr/>
      <w:r>
        <w:rPr>
          <w:b/>
          <w:i w:val="0"/>
        </w:rPr>
        <w:t xml:space="preserve">What to report: </w:t>
      </w:r>
      <w:r>
        <w:rPr>
          <w:b w:val="0"/>
          <w:i w:val="0"/>
        </w:rPr>
        <w:t>The confirmed date and time.</w:t>
      </w:r>
    </w:p>
    <w:p>
      <w:pPr/>
      <w:r>
        <w:rPr>
          <w:b/>
          <w:i w:val="0"/>
        </w:rPr>
        <w:t xml:space="preserve">Deadline: </w:t>
      </w:r>
      <w:r>
        <w:rPr>
          <w:b w:val="0"/>
          <w:i w:val="0"/>
        </w:rPr>
        <w:t>[Within one business day of the request].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a meeting</dc:title>
  <dc:subject/>
  <dc:creator>Trails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