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SOP: Update a contact in the CRM</w:t>
      </w:r>
    </w:p>
    <w:p>
      <w:pPr/>
      <w:r>
        <w:rPr>
          <w:b/>
          <w:i w:val="0"/>
        </w:rPr>
        <w:t xml:space="preserve">Trigger: </w:t>
      </w:r>
      <w:r>
        <w:rPr>
          <w:b w:val="0"/>
          <w:i w:val="0"/>
        </w:rPr>
        <w:t>A contact sends new details, such as a job title or phone number, by email or signed form.</w:t>
      </w:r>
    </w:p>
    <w:p>
      <w:pPr/>
      <w:r>
        <w:rPr>
          <w:b/>
          <w:i w:val="0"/>
        </w:rPr>
        <w:t xml:space="preserve">Expected output: </w:t>
      </w:r>
      <w:r>
        <w:rPr>
          <w:b w:val="0"/>
          <w:i w:val="0"/>
        </w:rPr>
        <w:t>One correct record with the new details saved and a note showing where they came from.</w:t>
      </w:r>
    </w:p>
    <w:p>
      <w:pPr/>
      <w:r>
        <w:rPr>
          <w:b/>
          <w:i w:val="0"/>
        </w:rPr>
        <w:t xml:space="preserve">Before you start: </w:t>
      </w:r>
      <w:r>
        <w:rPr>
          <w:b w:val="0"/>
          <w:i w:val="0"/>
        </w:rPr>
        <w:t>Open the source email or form in another tab. Never update a contact from memory or a social media profile.</w:t>
      </w:r>
    </w:p>
    <w:p>
      <w:pPr>
        <w:pStyle w:val="Heading1"/>
      </w:pPr>
      <w:r>
        <w:rPr>
          <w:b/>
          <w:i w:val="0"/>
        </w:rPr>
        <w:t>Steps</w:t>
      </w:r>
    </w:p>
    <w:p>
      <w:pPr/>
      <w:r>
        <w:rPr>
          <w:b/>
          <w:i w:val="0"/>
        </w:rPr>
        <w:t xml:space="preserve">Watch it done: </w:t>
      </w:r>
      <w:r>
        <w:rPr>
          <w:b w:val="0"/>
          <w:i w:val="0"/>
        </w:rPr>
        <w:t>[PRODUCTION: Link to the Trails guide and narrated video of this task]</w:t>
      </w:r>
    </w:p>
    <w:p>
      <w:pPr>
        <w:ind w:left="288" w:hanging="288"/>
      </w:pPr>
      <w:r>
        <w:t xml:space="preserve">1. </w:t>
      </w:r>
      <w:r>
        <w:rPr>
          <w:b w:val="0"/>
          <w:i w:val="0"/>
        </w:rPr>
        <w:t>Open the CRM and go to Contacts.</w:t>
      </w:r>
    </w:p>
    <w:p>
      <w:pPr>
        <w:ind w:left="288" w:hanging="288"/>
      </w:pPr>
      <w:r>
        <w:t xml:space="preserve">2. </w:t>
      </w:r>
      <w:r>
        <w:rPr>
          <w:b w:val="0"/>
          <w:i w:val="0"/>
        </w:rPr>
        <w:t>Search by the contact’s email address. It’s the field least likely to be shared by two people.</w:t>
      </w:r>
    </w:p>
    <w:p>
      <w:pPr>
        <w:ind w:left="288" w:hanging="288"/>
      </w:pPr>
      <w:r>
        <w:t xml:space="preserve">3. </w:t>
      </w:r>
      <w:r>
        <w:rPr>
          <w:b w:val="0"/>
          <w:i w:val="0"/>
        </w:rPr>
        <w:t>If nothing comes up, search by last name, then by company name.</w:t>
      </w:r>
    </w:p>
    <w:p>
      <w:pPr>
        <w:ind w:left="288" w:hanging="288"/>
      </w:pPr>
      <w:r>
        <w:t xml:space="preserve">4. </w:t>
      </w:r>
      <w:r>
        <w:rPr>
          <w:b w:val="0"/>
          <w:i w:val="0"/>
        </w:rPr>
        <w:t>Check the results for duplicates. If more than one record could be this person, stop and follow the duplicate rule below.</w:t>
      </w:r>
    </w:p>
    <w:p>
      <w:pPr>
        <w:ind w:left="288" w:hanging="288"/>
      </w:pPr>
      <w:r>
        <w:t xml:space="preserve">5. </w:t>
      </w:r>
      <w:r>
        <w:rPr>
          <w:b w:val="0"/>
          <w:i w:val="0"/>
        </w:rPr>
        <w:t>Open the record and compare each field you plan to change with the source.</w:t>
      </w:r>
    </w:p>
    <w:p>
      <w:pPr>
        <w:ind w:left="288" w:hanging="288"/>
      </w:pPr>
      <w:r>
        <w:t xml:space="preserve">6. </w:t>
      </w:r>
      <w:r>
        <w:rPr>
          <w:b w:val="0"/>
          <w:i w:val="0"/>
        </w:rPr>
        <w:t>Update only the fields the source supports. Use the phone format [+country code, no spaces].</w:t>
      </w:r>
    </w:p>
    <w:p>
      <w:pPr>
        <w:ind w:left="288" w:hanging="288"/>
      </w:pPr>
      <w:r>
        <w:t xml:space="preserve">7. </w:t>
      </w:r>
      <w:r>
        <w:rPr>
          <w:b w:val="0"/>
          <w:i w:val="0"/>
        </w:rPr>
        <w:t>Add a note: “Updated job title and phone. Source: email from Dana Okafor, 3 Oct 2026.”</w:t>
      </w:r>
    </w:p>
    <w:p>
      <w:pPr>
        <w:ind w:left="288" w:hanging="288"/>
      </w:pPr>
      <w:r>
        <w:t xml:space="preserve">8. </w:t>
      </w:r>
      <w:r>
        <w:rPr>
          <w:b w:val="0"/>
          <w:i w:val="0"/>
        </w:rPr>
        <w:t>Save, refresh the page, and check every new value is still there.</w:t>
      </w:r>
    </w:p>
    <w:p>
      <w:pPr>
        <w:ind w:left="288" w:hanging="288"/>
      </w:pPr>
      <w:r>
        <w:t xml:space="preserve">9. </w:t>
      </w:r>
      <w:r>
        <w:rPr>
          <w:b w:val="0"/>
          <w:i w:val="0"/>
        </w:rPr>
        <w:t>Mark the request done in the task tracker with a link to the record.</w:t>
      </w:r>
    </w:p>
    <w:p>
      <w:pPr>
        <w:pStyle w:val="Heading1"/>
      </w:pPr>
      <w:r>
        <w:rPr>
          <w:b/>
          <w:i w:val="0"/>
        </w:rPr>
        <w:t>Decisions and exceptions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4464"/>
        <w:gridCol w:w="2232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If this happens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Do this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Who decides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Two records match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Don’t merge them. Send Maya both record links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No record exists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[Create a new contact with the source attached]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The source conflicts with the record, such as a different company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Don’t overwrite. Add a note and ask Maya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 field is missing from the source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Leave the existing value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</w:tbl>
    <w:p>
      <w:pPr>
        <w:spacing w:after="0"/>
      </w:pPr>
    </w:p>
    <w:p>
      <w:pPr/>
      <w:r>
        <w:rPr>
          <w:b/>
          <w:i w:val="0"/>
        </w:rPr>
        <w:t xml:space="preserve">You may act without asking when: </w:t>
      </w:r>
      <w:r>
        <w:rPr>
          <w:b w:val="0"/>
          <w:i w:val="0"/>
        </w:rPr>
        <w:t>The source is an email from the contact or a signed form.</w:t>
      </w:r>
    </w:p>
    <w:p>
      <w:pPr/>
      <w:r>
        <w:rPr>
          <w:b/>
          <w:i w:val="0"/>
        </w:rPr>
        <w:t xml:space="preserve">Stop and ask when: </w:t>
      </w:r>
      <w:r>
        <w:rPr>
          <w:b w:val="0"/>
          <w:i w:val="0"/>
        </w:rPr>
        <w:t>The source is secondhand, such as a colleague forwarding new details.</w:t>
      </w:r>
    </w:p>
    <w:p>
      <w:pPr/>
      <w:r>
        <w:rPr>
          <w:b/>
          <w:i w:val="0"/>
        </w:rPr>
        <w:t xml:space="preserve">Never: </w:t>
      </w:r>
      <w:r>
        <w:rPr>
          <w:b w:val="0"/>
          <w:i w:val="0"/>
        </w:rPr>
        <w:t>Merge or delete records. Edit [deal value or account owner].</w:t>
      </w:r>
    </w:p>
    <w:p>
      <w:pPr>
        <w:pStyle w:val="Heading1"/>
      </w:pPr>
      <w:r>
        <w:rPr>
          <w:b/>
          <w:i w:val="0"/>
        </w:rPr>
        <w:t>Quality check</w:t>
      </w:r>
    </w:p>
    <w:p>
      <w:pPr>
        <w:pStyle w:val="ListBullet"/>
      </w:pPr>
      <w:r>
        <w:rPr>
          <w:b w:val="0"/>
          <w:i w:val="0"/>
        </w:rPr>
        <w:t>The refreshed record shows the new values.</w:t>
      </w:r>
    </w:p>
    <w:p>
      <w:pPr>
        <w:pStyle w:val="ListBullet"/>
      </w:pPr>
      <w:r>
        <w:rPr>
          <w:b w:val="0"/>
          <w:i w:val="0"/>
        </w:rPr>
        <w:t>The source note is saved on the record.</w:t>
      </w:r>
    </w:p>
    <w:p>
      <w:pPr>
        <w:pStyle w:val="ListBullet"/>
      </w:pPr>
      <w:r>
        <w:rPr>
          <w:b w:val="0"/>
          <w:i w:val="0"/>
        </w:rPr>
        <w:t>No duplicate record was created.</w:t>
      </w:r>
    </w:p>
    <w:p>
      <w:pPr>
        <w:pStyle w:val="Heading1"/>
      </w:pPr>
      <w:r>
        <w:rPr>
          <w:b/>
          <w:i w:val="0"/>
        </w:rPr>
        <w:t>Report completion</w:t>
      </w:r>
    </w:p>
    <w:p>
      <w:pPr/>
      <w:r>
        <w:rPr>
          <w:b/>
          <w:i w:val="0"/>
        </w:rPr>
        <w:t xml:space="preserve">Where: </w:t>
      </w:r>
      <w:r>
        <w:rPr>
          <w:b w:val="0"/>
          <w:i w:val="0"/>
        </w:rPr>
        <w:t>[The task tracker]</w:t>
      </w:r>
    </w:p>
    <w:p>
      <w:pPr/>
      <w:r>
        <w:rPr>
          <w:b/>
          <w:i w:val="0"/>
        </w:rPr>
        <w:t xml:space="preserve">What to report: </w:t>
      </w:r>
      <w:r>
        <w:rPr>
          <w:b w:val="0"/>
          <w:i w:val="0"/>
        </w:rPr>
        <w:t>A link to the updated record.</w:t>
      </w:r>
    </w:p>
    <w:p>
      <w:pPr/>
      <w:r>
        <w:rPr>
          <w:b/>
          <w:i w:val="0"/>
        </w:rPr>
        <w:t xml:space="preserve">Deadline: </w:t>
      </w:r>
      <w:r>
        <w:rPr>
          <w:b w:val="0"/>
          <w:i w:val="0"/>
        </w:rPr>
        <w:t>[Same business day].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a CRM (Customer Relationship Management) contact</dc:title>
  <dc:subject/>
  <dc:creator>Trails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