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  <w:i w:val="0"/>
        </w:rPr>
        <w:t>SOP: Publish an approved blog post</w:t>
      </w:r>
    </w:p>
    <w:p>
      <w:pPr/>
      <w:r>
        <w:rPr>
          <w:b/>
          <w:i w:val="0"/>
        </w:rPr>
        <w:t xml:space="preserve">Trigger: </w:t>
      </w:r>
      <w:r>
        <w:rPr>
          <w:b w:val="0"/>
          <w:i w:val="0"/>
        </w:rPr>
        <w:t>A post is marked Approved in the content tracker.</w:t>
      </w:r>
    </w:p>
    <w:p>
      <w:pPr/>
      <w:r>
        <w:rPr>
          <w:b/>
          <w:i w:val="0"/>
        </w:rPr>
        <w:t xml:space="preserve">Expected output: </w:t>
      </w:r>
      <w:r>
        <w:rPr>
          <w:b w:val="0"/>
          <w:i w:val="0"/>
        </w:rPr>
        <w:t>The post is live or scheduled, every link works, and the live URL is in the tracker.</w:t>
      </w:r>
    </w:p>
    <w:p>
      <w:pPr>
        <w:pStyle w:val="Heading1"/>
      </w:pPr>
      <w:r>
        <w:rPr>
          <w:b/>
          <w:i w:val="0"/>
        </w:rPr>
        <w:t>Steps</w:t>
      </w:r>
    </w:p>
    <w:p>
      <w:pPr/>
      <w:r>
        <w:rPr>
          <w:b/>
          <w:i w:val="0"/>
        </w:rPr>
        <w:t xml:space="preserve">Watch it done: </w:t>
      </w:r>
      <w:r>
        <w:rPr>
          <w:b w:val="0"/>
          <w:i w:val="0"/>
        </w:rPr>
        <w:t>[Link to a video or step-by-step guide of this task]</w:t>
      </w:r>
    </w:p>
    <w:p>
      <w:pPr>
        <w:ind w:left="288" w:hanging="288"/>
      </w:pPr>
      <w:r>
        <w:t xml:space="preserve">1. </w:t>
      </w:r>
      <w:r>
        <w:rPr>
          <w:b w:val="0"/>
          <w:i w:val="0"/>
        </w:rPr>
        <w:t>Confirm the tracker shows who approved the post and when.</w:t>
      </w:r>
    </w:p>
    <w:p>
      <w:pPr>
        <w:ind w:left="288" w:hanging="288"/>
      </w:pPr>
      <w:r>
        <w:t xml:space="preserve">2. </w:t>
      </w:r>
      <w:r>
        <w:rPr>
          <w:b w:val="0"/>
          <w:i w:val="0"/>
        </w:rPr>
        <w:t>Open the draft in the website’s editor.</w:t>
      </w:r>
    </w:p>
    <w:p>
      <w:pPr>
        <w:ind w:left="288" w:hanging="288"/>
      </w:pPr>
      <w:r>
        <w:t xml:space="preserve">3. </w:t>
      </w:r>
      <w:r>
        <w:rPr>
          <w:b w:val="0"/>
          <w:i w:val="0"/>
        </w:rPr>
        <w:t>Check the featured image and image alt text are in place.</w:t>
      </w:r>
    </w:p>
    <w:p>
      <w:pPr>
        <w:ind w:left="288" w:hanging="288"/>
      </w:pPr>
      <w:r>
        <w:t xml:space="preserve">4. </w:t>
      </w:r>
      <w:r>
        <w:rPr>
          <w:b w:val="0"/>
          <w:i w:val="0"/>
        </w:rPr>
        <w:t>Check the title, URL slug and meta description match the approved document.</w:t>
      </w:r>
    </w:p>
    <w:p>
      <w:pPr>
        <w:ind w:left="288" w:hanging="288"/>
      </w:pPr>
      <w:r>
        <w:t xml:space="preserve">5. </w:t>
      </w:r>
      <w:r>
        <w:rPr>
          <w:b w:val="0"/>
          <w:i w:val="0"/>
        </w:rPr>
        <w:t>Preview the post on desktop and on mobile.</w:t>
      </w:r>
    </w:p>
    <w:p>
      <w:pPr>
        <w:ind w:left="288" w:hanging="288"/>
      </w:pPr>
      <w:r>
        <w:t xml:space="preserve">6. </w:t>
      </w:r>
      <w:r>
        <w:rPr>
          <w:b w:val="0"/>
          <w:i w:val="0"/>
        </w:rPr>
        <w:t>Click every link in the preview and confirm it opens the right page.</w:t>
      </w:r>
    </w:p>
    <w:p>
      <w:pPr>
        <w:ind w:left="288" w:hanging="288"/>
      </w:pPr>
      <w:r>
        <w:t xml:space="preserve">7. </w:t>
      </w:r>
      <w:r>
        <w:rPr>
          <w:b w:val="0"/>
          <w:i w:val="0"/>
        </w:rPr>
        <w:t>[Schedule the post for the approved date].</w:t>
      </w:r>
    </w:p>
    <w:p>
      <w:pPr>
        <w:ind w:left="288" w:hanging="288"/>
      </w:pPr>
      <w:r>
        <w:t xml:space="preserve">8. </w:t>
      </w:r>
      <w:r>
        <w:rPr>
          <w:b w:val="0"/>
          <w:i w:val="0"/>
        </w:rPr>
        <w:t>Once it’s live, open the URL in a private browser window to confirm it loads.</w:t>
      </w:r>
    </w:p>
    <w:p>
      <w:pPr>
        <w:ind w:left="288" w:hanging="288"/>
      </w:pPr>
      <w:r>
        <w:t xml:space="preserve">9. </w:t>
      </w:r>
      <w:r>
        <w:rPr>
          <w:b w:val="0"/>
          <w:i w:val="0"/>
        </w:rPr>
        <w:t>Paste the live URL into the tracker and mark it Published.</w:t>
      </w:r>
    </w:p>
    <w:p>
      <w:pPr>
        <w:pStyle w:val="Heading1"/>
      </w:pPr>
      <w:r>
        <w:rPr>
          <w:b/>
          <w:i w:val="0"/>
        </w:rPr>
        <w:t>Decisions and exceptions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84"/>
        <w:gridCol w:w="4464"/>
        <w:gridCol w:w="2232"/>
      </w:tblGrid>
      <w:tr>
        <w:trPr>
          <w:cantSplit/>
          <w:tblHeader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If this happens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Do this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EF2F6"/>
          </w:tcPr>
          <w:p>
            <w:pPr>
              <w:spacing w:after="0"/>
            </w:pPr>
            <w:r>
              <w:rPr>
                <w:b/>
                <w:i w:val="0"/>
              </w:rPr>
              <w:t>Who decides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No approval is recorded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Don’t publish. Ask the author who approved it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An image is missing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Don’t substitute a stock image. Ask the author for the file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 link is broken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Leave the post unpublished and send the author the link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Maya</w:t>
            </w:r>
          </w:p>
        </w:tc>
      </w:tr>
      <w:tr>
        <w:trPr>
          <w:cantSplit/>
        </w:trPr>
        <w:tc>
          <w:tcPr>
            <w:tcW w:type="dxa" w:w="33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A typo is obvious, such as a doubled word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Fix it and note it in the tracker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/>
            </w:pPr>
            <w:r>
              <w:rPr>
                <w:b w:val="0"/>
                <w:i w:val="0"/>
              </w:rPr>
              <w:t>VA</w:t>
            </w:r>
          </w:p>
        </w:tc>
      </w:tr>
    </w:tbl>
    <w:p>
      <w:pPr>
        <w:spacing w:after="0"/>
      </w:pPr>
    </w:p>
    <w:p>
      <w:pPr/>
      <w:r>
        <w:rPr>
          <w:b/>
          <w:i w:val="0"/>
        </w:rPr>
        <w:t xml:space="preserve">You may act without asking when: </w:t>
      </w:r>
      <w:r>
        <w:rPr>
          <w:b w:val="0"/>
          <w:i w:val="0"/>
        </w:rPr>
        <w:t>The fix is a typo that doesn’t change the meaning.</w:t>
      </w:r>
    </w:p>
    <w:p>
      <w:pPr/>
      <w:r>
        <w:rPr>
          <w:b/>
          <w:i w:val="0"/>
        </w:rPr>
        <w:t xml:space="preserve">Stop and ask when: </w:t>
      </w:r>
      <w:r>
        <w:rPr>
          <w:b w:val="0"/>
          <w:i w:val="0"/>
        </w:rPr>
        <w:t>Anything in the post differs from the approved document.</w:t>
      </w:r>
    </w:p>
    <w:p>
      <w:pPr/>
      <w:r>
        <w:rPr>
          <w:b/>
          <w:i w:val="0"/>
        </w:rPr>
        <w:t xml:space="preserve">Never: </w:t>
      </w:r>
      <w:r>
        <w:rPr>
          <w:b w:val="0"/>
          <w:i w:val="0"/>
        </w:rPr>
        <w:t>Publish a post that isn’t marked Approved. Edit a post that’s already live.</w:t>
      </w:r>
    </w:p>
    <w:p>
      <w:pPr/>
      <w:r>
        <w:rPr>
          <w:b/>
          <w:i w:val="0"/>
        </w:rPr>
        <w:t xml:space="preserve">Who can approve a post: </w:t>
      </w:r>
      <w:r>
        <w:rPr>
          <w:b w:val="0"/>
          <w:i w:val="0"/>
        </w:rPr>
        <w:t>[Maya or the content lead].</w:t>
      </w:r>
    </w:p>
    <w:p>
      <w:pPr>
        <w:pStyle w:val="Heading1"/>
      </w:pPr>
      <w:r>
        <w:rPr>
          <w:b/>
          <w:i w:val="0"/>
        </w:rPr>
        <w:t>Quality check</w:t>
      </w:r>
    </w:p>
    <w:p>
      <w:pPr>
        <w:pStyle w:val="ListBullet"/>
      </w:pPr>
      <w:r>
        <w:rPr>
          <w:b w:val="0"/>
          <w:i w:val="0"/>
        </w:rPr>
        <w:t>The live URL loads in a private window.</w:t>
      </w:r>
    </w:p>
    <w:p>
      <w:pPr>
        <w:pStyle w:val="ListBullet"/>
      </w:pPr>
      <w:r>
        <w:rPr>
          <w:b w:val="0"/>
          <w:i w:val="0"/>
        </w:rPr>
        <w:t>The title and meta description match the approved document.</w:t>
      </w:r>
    </w:p>
    <w:p>
      <w:pPr>
        <w:pStyle w:val="ListBullet"/>
      </w:pPr>
      <w:r>
        <w:rPr>
          <w:b w:val="0"/>
          <w:i w:val="0"/>
        </w:rPr>
        <w:t>Every link opens the right page.</w:t>
      </w:r>
    </w:p>
    <w:p>
      <w:pPr>
        <w:pStyle w:val="Heading1"/>
      </w:pPr>
      <w:r>
        <w:rPr>
          <w:b/>
          <w:i w:val="0"/>
        </w:rPr>
        <w:t>Report completion</w:t>
      </w:r>
    </w:p>
    <w:p>
      <w:pPr/>
      <w:r>
        <w:rPr>
          <w:b/>
          <w:i w:val="0"/>
        </w:rPr>
        <w:t xml:space="preserve">Where: </w:t>
      </w:r>
      <w:r>
        <w:rPr>
          <w:b w:val="0"/>
          <w:i w:val="0"/>
        </w:rPr>
        <w:t>[The content tracker and #content in Slack]</w:t>
      </w:r>
    </w:p>
    <w:p>
      <w:pPr/>
      <w:r>
        <w:rPr>
          <w:b/>
          <w:i w:val="0"/>
        </w:rPr>
        <w:t xml:space="preserve">What to report: </w:t>
      </w:r>
      <w:r>
        <w:rPr>
          <w:b w:val="0"/>
          <w:i w:val="0"/>
        </w:rPr>
        <w:t>The live URL.</w:t>
      </w:r>
    </w:p>
    <w:p>
      <w:pPr/>
      <w:r>
        <w:rPr>
          <w:b/>
          <w:i w:val="0"/>
        </w:rPr>
        <w:t xml:space="preserve">Deadline: </w:t>
      </w:r>
      <w:r>
        <w:rPr>
          <w:b w:val="0"/>
          <w:i w:val="0"/>
        </w:rPr>
        <w:t>[By end of day on the publish date].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approved content</dc:title>
  <dc:subject/>
  <dc:creator>Trails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