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i w:val="0"/>
        </w:rPr>
        <w:t>SOP: [Task name]</w:t>
      </w:r>
    </w:p>
    <w:p>
      <w:pPr/>
      <w:r>
        <w:rPr>
          <w:b w:val="0"/>
          <w:i w:val="0"/>
        </w:rPr>
        <w:t>[</w:t>
      </w:r>
      <w:r>
        <w:rPr>
          <w:b w:val="0"/>
          <w:i/>
        </w:rPr>
        <w:t>Name the specific task you want done. For example: “Log this week’s receipts in the expense tracker.”</w:t>
      </w:r>
      <w:r>
        <w:rPr>
          <w:b w:val="0"/>
          <w:i w:val="0"/>
        </w:rPr>
        <w:t>]</w:t>
      </w:r>
    </w:p>
    <w:p>
      <w:pPr/>
      <w:r>
        <w:rPr>
          <w:b/>
          <w:i w:val="0"/>
        </w:rPr>
        <w:t>Last reviewed:</w:t>
      </w:r>
      <w:r>
        <w:rPr>
          <w:b w:val="0"/>
          <w:i w:val="0"/>
        </w:rPr>
        <w:t xml:space="preserve"> [Date] | </w:t>
      </w:r>
      <w:r>
        <w:rPr>
          <w:b/>
          <w:i w:val="0"/>
        </w:rPr>
        <w:t>Next review:</w:t>
      </w:r>
      <w:r>
        <w:rPr>
          <w:b w:val="0"/>
          <w:i w:val="0"/>
        </w:rPr>
        <w:t xml:space="preserve"> [Date, or “when a tool or policy changes”]</w:t>
        <w:br/>
      </w:r>
      <w:r>
        <w:rPr>
          <w:b/>
          <w:i w:val="0"/>
        </w:rPr>
        <w:t>SOP owner</w:t>
      </w:r>
      <w:r>
        <w:rPr>
          <w:b w:val="0"/>
          <w:i w:val="0"/>
        </w:rPr>
        <w:t>: [The person who reviews or revises this SOP]</w:t>
      </w:r>
    </w:p>
    <w:p>
      <w:pPr>
        <w:pStyle w:val="Heading1"/>
      </w:pPr>
      <w:r>
        <w:rPr>
          <w:b/>
          <w:i w:val="0"/>
        </w:rPr>
        <w:t>Overview</w:t>
      </w:r>
    </w:p>
    <w:p>
      <w:pPr/>
      <w:r>
        <w:rPr>
          <w:b/>
          <w:i w:val="0"/>
        </w:rPr>
        <w:t>Purpose:</w:t>
      </w:r>
      <w:r>
        <w:rPr>
          <w:b w:val="0"/>
          <w:i w:val="0"/>
        </w:rPr>
        <w:t xml:space="preserve"> [</w:t>
      </w:r>
      <w:r>
        <w:rPr>
          <w:b w:val="0"/>
          <w:i/>
        </w:rPr>
        <w:t>In one sentence, explain why you do this task. Example: “To keep the expense tracker up to date.”</w:t>
      </w:r>
      <w:r>
        <w:rPr>
          <w:b w:val="0"/>
          <w:i w:val="0"/>
        </w:rPr>
        <w:t>]</w:t>
      </w:r>
    </w:p>
    <w:p>
      <w:pPr/>
      <w:r>
        <w:rPr>
          <w:b/>
          <w:i w:val="0"/>
        </w:rPr>
        <w:t>Trigger &amp; timing:</w:t>
      </w:r>
      <w:r>
        <w:rPr>
          <w:b w:val="0"/>
          <w:i w:val="0"/>
        </w:rPr>
        <w:t xml:space="preserve"> [</w:t>
      </w:r>
      <w:r>
        <w:rPr>
          <w:b w:val="0"/>
          <w:i/>
        </w:rPr>
        <w:t>Say what starts the task and how often it’s done. Example: “Every Friday at 3 p.m., check for new receipts” or “When owner assigns the task in Asana.”]</w:t>
      </w:r>
    </w:p>
    <w:p>
      <w:pPr/>
      <w:r>
        <w:rPr>
          <w:b/>
          <w:i w:val="0"/>
        </w:rPr>
        <w:t>Expected output:</w:t>
      </w:r>
      <w:r>
        <w:rPr>
          <w:b w:val="0"/>
          <w:i w:val="0"/>
        </w:rPr>
        <w:t xml:space="preserve"> [</w:t>
      </w:r>
      <w:r>
        <w:rPr>
          <w:b w:val="0"/>
          <w:i/>
        </w:rPr>
        <w:t>Describe the end result. Example: Rather than “Expenses updated”, you could say “Every new receipt is logged with the date, vendor, amount, and category.”</w:t>
      </w:r>
      <w:r>
        <w:rPr>
          <w:b w:val="0"/>
          <w:i w:val="0"/>
        </w:rPr>
        <w:t>]</w:t>
      </w:r>
    </w:p>
    <w:p>
      <w:pPr>
        <w:pStyle w:val="Heading1"/>
      </w:pPr>
      <w:r>
        <w:rPr>
          <w:b/>
          <w:i w:val="0"/>
        </w:rPr>
        <w:t>People</w:t>
      </w:r>
    </w:p>
    <w:p>
      <w:pPr/>
      <w:r>
        <w:rPr>
          <w:b/>
          <w:i w:val="0"/>
        </w:rPr>
        <w:t>Task owner:</w:t>
      </w:r>
      <w:r>
        <w:rPr>
          <w:b w:val="0"/>
          <w:i w:val="0"/>
        </w:rPr>
        <w:t xml:space="preserve"> </w:t>
      </w:r>
      <w:r>
        <w:rPr>
          <w:b w:val="0"/>
          <w:i/>
        </w:rPr>
        <w:t>[Name the person who makes business decisions about this task.]</w:t>
      </w:r>
    </w:p>
    <w:p>
      <w:pPr/>
      <w:r>
        <w:rPr>
          <w:b/>
          <w:i w:val="0"/>
        </w:rPr>
        <w:t>Performed by:</w:t>
      </w:r>
      <w:r>
        <w:rPr>
          <w:b w:val="0"/>
          <w:i w:val="0"/>
        </w:rPr>
        <w:t xml:space="preserve"> </w:t>
      </w:r>
      <w:r>
        <w:rPr>
          <w:b w:val="0"/>
          <w:i/>
        </w:rPr>
        <w:t>[VA’s name.]</w:t>
      </w:r>
    </w:p>
    <w:p>
      <w:pPr/>
      <w:r>
        <w:rPr>
          <w:b/>
          <w:i w:val="0"/>
        </w:rPr>
        <w:t>Reviewer:</w:t>
      </w:r>
      <w:r>
        <w:rPr>
          <w:b w:val="0"/>
          <w:i w:val="0"/>
        </w:rPr>
        <w:t xml:space="preserve"> </w:t>
      </w:r>
      <w:r>
        <w:rPr>
          <w:b w:val="0"/>
          <w:i/>
        </w:rPr>
        <w:t>[Optional field. Name the person who reviews the work, if anyone. You may opt for a temporary review period. Example: “Owner for the first two weeks.”]</w:t>
      </w:r>
    </w:p>
    <w:p>
      <w:pPr/>
      <w:r>
        <w:rPr>
          <w:b/>
          <w:i w:val="0"/>
        </w:rPr>
        <w:t>Escalation contact:</w:t>
      </w:r>
      <w:r>
        <w:rPr>
          <w:b w:val="0"/>
          <w:i w:val="0"/>
        </w:rPr>
        <w:t xml:space="preserve"> </w:t>
      </w:r>
      <w:r>
        <w:rPr>
          <w:b w:val="0"/>
          <w:i/>
        </w:rPr>
        <w:t>[Name who the VA should contact with questions, and where to reach them. Example: “Maya, Slack DM.”]</w:t>
      </w:r>
    </w:p>
    <w:p>
      <w:pPr>
        <w:pStyle w:val="Heading1"/>
      </w:pPr>
      <w:r>
        <w:rPr>
          <w:b/>
          <w:i w:val="0"/>
        </w:rPr>
        <w:t>Tools and access</w:t>
      </w:r>
    </w:p>
    <w:tbl>
      <w:tblPr>
        <w:tblW w:type="auto" w:w="0"/>
        <w:tblLayout w:type="fixed"/>
        <w:tblLook w:firstColumn="1" w:firstRow="1" w:lastColumn="0" w:lastRow="0" w:noHBand="0" w:noVBand="1" w:val="04A0"/>
      </w:tblPr>
      <w:tblGrid>
        <w:gridCol w:w="3384"/>
        <w:gridCol w:w="4464"/>
        <w:gridCol w:w="2232"/>
      </w:tblGrid>
      <w:tr>
        <w:trPr>
          <w:cantSplit/>
          <w:tblHeader/>
        </w:trPr>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EF2F6"/>
          </w:tcPr>
          <w:p>
            <w:pPr>
              <w:spacing w:after="0"/>
            </w:pPr>
            <w:r>
              <w:rPr>
                <w:b/>
                <w:i w:val="0"/>
              </w:rPr>
              <w:t>Tool</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EF2F6"/>
          </w:tcPr>
          <w:p>
            <w:pPr>
              <w:spacing w:after="0"/>
            </w:pPr>
            <w:r>
              <w:rPr>
                <w:b/>
                <w:i w:val="0"/>
              </w:rPr>
              <w:t>Access needed</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EF2F6"/>
          </w:tcPr>
          <w:p>
            <w:pPr>
              <w:spacing w:after="0"/>
            </w:pPr>
            <w:r>
              <w:rPr>
                <w:b/>
                <w:i w:val="0"/>
              </w:rPr>
              <w:t>How to request access</w:t>
            </w:r>
          </w:p>
        </w:tc>
      </w:tr>
      <w:tr>
        <w:trPr>
          <w:cantSplit/>
        </w:trPr>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b w:val="0"/>
                <w:i/>
              </w:rPr>
              <w:t>[Name the tool.]</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b w:val="0"/>
                <w:i/>
              </w:rPr>
              <w:t>[Specify the access needed, such as view, edit, or admin.]</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b w:val="0"/>
                <w:i/>
              </w:rPr>
              <w:t>[Say who to ask and how.]</w:t>
            </w:r>
          </w:p>
        </w:tc>
      </w:tr>
    </w:tbl>
    <w:p>
      <w:pPr>
        <w:spacing w:after="0"/>
      </w:pPr>
    </w:p>
    <w:p>
      <w:pPr/>
      <w:r>
        <w:rPr>
          <w:b w:val="0"/>
          <w:i/>
        </w:rPr>
        <w:t>Keep passwords and other credentials out of the SOP. Share access through a password manager or the tool's own invite.</w:t>
      </w:r>
    </w:p>
    <w:p>
      <w:pPr>
        <w:pStyle w:val="Heading1"/>
      </w:pPr>
      <w:r>
        <w:rPr>
          <w:b/>
          <w:i w:val="0"/>
        </w:rPr>
        <w:t>Before you start</w:t>
      </w:r>
    </w:p>
    <w:p>
      <w:pPr/>
      <w:r>
        <w:rPr>
          <w:b w:val="0"/>
          <w:i/>
        </w:rPr>
        <w:t>[List what the VA needs first: files, information, approvals or access. Example: "This week's receipts in the Receipts folder and edit access to the tracker."]</w:t>
      </w:r>
    </w:p>
    <w:p>
      <w:pPr>
        <w:pStyle w:val="Heading1"/>
      </w:pPr>
      <w:r>
        <w:rPr>
          <w:b/>
          <w:i w:val="0"/>
        </w:rPr>
        <w:t>Steps</w:t>
      </w:r>
    </w:p>
    <w:p>
      <w:pPr/>
      <w:r>
        <w:rPr>
          <w:b w:val="0"/>
          <w:i/>
        </w:rPr>
        <w:t xml:space="preserve">*[Write the steps below. The best way to write the steps is by performing the tasks and noting down the steps or recording yourself doing the task and </w:t>
      </w:r>
      <w:hyperlink r:id="rId9">
        <w:r>
          <w:rPr>
            <w:b w:val="0"/>
            <w:i/>
            <w:color w:val="1B7C46"/>
            <w:u w:val="single"/>
          </w:rPr>
          <w:t>using the recording to generate instructions</w:t>
        </w:r>
      </w:hyperlink>
      <w:r>
        <w:rPr>
          <w:b w:val="0"/>
          <w:i/>
        </w:rPr>
        <w:t>.]*</w:t>
      </w:r>
    </w:p>
    <w:p>
      <w:pPr>
        <w:ind w:left="288" w:hanging="288"/>
      </w:pPr>
      <w:r>
        <w:t xml:space="preserve">1. </w:t>
      </w:r>
      <w:r>
        <w:rPr>
          <w:b w:val="0"/>
          <w:i/>
        </w:rPr>
        <w:t>*[Describe the first action. Typically, start with a verb such as open, find, check, add, or send. Add a screenshot where it may make the step easier to follow.]*</w:t>
      </w:r>
    </w:p>
    <w:p>
      <w:pPr>
        <w:ind w:left="288" w:hanging="288"/>
      </w:pPr>
      <w:r>
        <w:t xml:space="preserve">2. </w:t>
      </w:r>
      <w:r>
        <w:rPr>
          <w:b w:val="0"/>
          <w:i/>
        </w:rPr>
        <w:t>[Describe the next action. Add a screenshot or video link wherever seeing the screen helps.]</w:t>
      </w:r>
    </w:p>
    <w:p>
      <w:pPr>
        <w:ind w:left="288" w:hanging="288"/>
      </w:pPr>
      <w:r>
        <w:t xml:space="preserve">3. </w:t>
      </w:r>
      <w:r>
        <w:rPr>
          <w:b w:val="0"/>
          <w:i/>
        </w:rPr>
        <w:t>[Continue adding steps until the task is complete.]</w:t>
      </w:r>
    </w:p>
    <w:p>
      <w:pPr>
        <w:ind w:left="288" w:hanging="288"/>
      </w:pPr>
      <w:r>
        <w:t xml:space="preserve">4. </w:t>
      </w:r>
      <w:r>
        <w:rPr>
          <w:b w:val="0"/>
          <w:i/>
        </w:rPr>
        <w:t>[End with a step that confirms the action worked. Example: "Refresh the tracker and check the new rows are saved."]</w:t>
      </w:r>
    </w:p>
    <w:p>
      <w:pPr>
        <w:pStyle w:val="Heading1"/>
      </w:pPr>
      <w:r>
        <w:rPr>
          <w:b/>
          <w:i w:val="0"/>
        </w:rPr>
        <w:t>Decisions and exceptions</w:t>
      </w:r>
    </w:p>
    <w:p>
      <w:pPr/>
      <w:r>
        <w:rPr>
          <w:b w:val="0"/>
          <w:i/>
        </w:rPr>
        <w:t>[Start with the exceptions you already know. This section will expand and you will add more as your VA runs into them. As you build trust, you can also move decisions from "Owner" to "VA."]</w:t>
      </w:r>
    </w:p>
    <w:tbl>
      <w:tblPr>
        <w:tblW w:type="auto" w:w="0"/>
        <w:tblLayout w:type="fixed"/>
        <w:tblLook w:firstColumn="1" w:firstRow="1" w:lastColumn="0" w:lastRow="0" w:noHBand="0" w:noVBand="1" w:val="04A0"/>
      </w:tblPr>
      <w:tblGrid>
        <w:gridCol w:w="3384"/>
        <w:gridCol w:w="4464"/>
        <w:gridCol w:w="2232"/>
      </w:tblGrid>
      <w:tr>
        <w:trPr>
          <w:cantSplit/>
          <w:tblHeader/>
        </w:trPr>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EF2F6"/>
          </w:tcPr>
          <w:p>
            <w:pPr>
              <w:spacing w:after="0"/>
            </w:pPr>
            <w:r>
              <w:rPr>
                <w:b/>
                <w:i w:val="0"/>
              </w:rPr>
              <w:t>If this happens</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EF2F6"/>
          </w:tcPr>
          <w:p>
            <w:pPr>
              <w:spacing w:after="0"/>
            </w:pPr>
            <w:r>
              <w:rPr>
                <w:b/>
                <w:i w:val="0"/>
              </w:rPr>
              <w:t>Do this</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EF2F6"/>
          </w:tcPr>
          <w:p>
            <w:pPr>
              <w:spacing w:after="0"/>
            </w:pPr>
            <w:r>
              <w:rPr>
                <w:b/>
                <w:i w:val="0"/>
              </w:rPr>
              <w:t>Who decides</w:t>
            </w:r>
          </w:p>
        </w:tc>
      </w:tr>
      <w:tr>
        <w:trPr>
          <w:cantSplit/>
        </w:trPr>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b w:val="0"/>
                <w:i/>
              </w:rPr>
              <w:t>[A situation. Example: "A receipt is unreadable."]</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b w:val="0"/>
                <w:i/>
              </w:rPr>
              <w:t>[What the VA does. Example: "Ask the person who sent it for a clearer copy."]</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b w:val="0"/>
                <w:i/>
              </w:rPr>
              <w:t>[VA]</w:t>
            </w:r>
          </w:p>
        </w:tc>
      </w:tr>
      <w:tr>
        <w:trPr>
          <w:cantSplit/>
        </w:trPr>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b w:val="0"/>
                <w:i/>
              </w:rPr>
              <w:t>[An exception. Example: "A receipt is over $500."]</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b w:val="0"/>
                <w:i/>
              </w:rPr>
              <w:t>[Example: "Log it, flag the row and message the owner."]</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pPr>
            <w:r>
              <w:rPr>
                <w:b w:val="0"/>
                <w:i/>
              </w:rPr>
              <w:t>[Owner]</w:t>
            </w:r>
          </w:p>
        </w:tc>
      </w:tr>
    </w:tbl>
    <w:p>
      <w:pPr>
        <w:spacing w:after="0"/>
      </w:pPr>
    </w:p>
    <w:p>
      <w:pPr/>
      <w:r>
        <w:rPr>
          <w:b/>
          <w:i w:val="0"/>
        </w:rPr>
        <w:t>You may act without asking when:</w:t>
      </w:r>
      <w:r>
        <w:rPr>
          <w:b w:val="0"/>
          <w:i w:val="0"/>
        </w:rPr>
        <w:t xml:space="preserve"> </w:t>
      </w:r>
      <w:r>
        <w:rPr>
          <w:b w:val="0"/>
          <w:i/>
        </w:rPr>
        <w:t>[Describe the decisions the VA can make independently. Example: "If a receipt is a duplicate, skip it and add a note in the tracker."]</w:t>
      </w:r>
    </w:p>
    <w:p>
      <w:pPr/>
      <w:r>
        <w:rPr>
          <w:b/>
          <w:i w:val="0"/>
        </w:rPr>
        <w:t>Stop and ask when:</w:t>
      </w:r>
      <w:r>
        <w:rPr>
          <w:b w:val="0"/>
          <w:i w:val="0"/>
        </w:rPr>
        <w:t xml:space="preserve"> </w:t>
      </w:r>
      <w:r>
        <w:rPr>
          <w:b w:val="0"/>
          <w:i/>
        </w:rPr>
        <w:t>[Describe situations that need the owner’s decision. Example: "A receipt is missing or the category isn't clear.”]</w:t>
      </w:r>
    </w:p>
    <w:p>
      <w:pPr/>
      <w:r>
        <w:rPr>
          <w:b/>
          <w:i w:val="0"/>
        </w:rPr>
        <w:t xml:space="preserve">Never: </w:t>
      </w:r>
      <w:r>
        <w:rPr>
          <w:b w:val="0"/>
          <w:i/>
        </w:rPr>
        <w:t>[List actions your VA should never take, even if they seem helpful. Example: "Delete a row or change a past month's totals."]</w:t>
      </w:r>
    </w:p>
    <w:p>
      <w:pPr>
        <w:pStyle w:val="Heading1"/>
      </w:pPr>
      <w:r>
        <w:rPr>
          <w:b/>
          <w:i w:val="0"/>
        </w:rPr>
        <w:t>Quality check</w:t>
      </w:r>
    </w:p>
    <w:p>
      <w:pPr/>
      <w:r>
        <w:rPr>
          <w:b w:val="0"/>
          <w:i/>
        </w:rPr>
        <w:t>[Describe what the VA should check before marking the task complete. Make the checks specific enough to verify. Example: “Every receipt has a matching row, and the totals agree.”]</w:t>
      </w:r>
    </w:p>
    <w:p>
      <w:pPr>
        <w:pStyle w:val="ListBullet"/>
      </w:pPr>
      <w:r>
        <w:rPr>
          <w:b w:val="0"/>
          <w:i/>
        </w:rPr>
        <w:t>[Check 1. Example: "Every receipt has a matching row."]</w:t>
      </w:r>
    </w:p>
    <w:p>
      <w:pPr>
        <w:pStyle w:val="ListBullet"/>
      </w:pPr>
      <w:r>
        <w:rPr>
          <w:b w:val="0"/>
          <w:i/>
        </w:rPr>
        <w:t>[Check 2. Example: "The tracker total matches the receipts."]</w:t>
      </w:r>
    </w:p>
    <w:p>
      <w:pPr>
        <w:pStyle w:val="ListBullet"/>
      </w:pPr>
      <w:r>
        <w:rPr>
          <w:b w:val="0"/>
          <w:i/>
        </w:rPr>
        <w:t>[Add a check for another mistake that happens often.]</w:t>
      </w:r>
    </w:p>
    <w:p>
      <w:pPr>
        <w:pStyle w:val="Heading1"/>
      </w:pPr>
      <w:r>
        <w:rPr>
          <w:b/>
          <w:i w:val="0"/>
        </w:rPr>
        <w:t>Report completion</w:t>
      </w:r>
    </w:p>
    <w:p>
      <w:pPr/>
      <w:r>
        <w:rPr>
          <w:b/>
          <w:i w:val="0"/>
        </w:rPr>
        <w:t>Where:</w:t>
      </w:r>
      <w:r>
        <w:rPr>
          <w:b w:val="0"/>
          <w:i w:val="0"/>
        </w:rPr>
        <w:t xml:space="preserve"> </w:t>
      </w:r>
      <w:r>
        <w:rPr>
          <w:b w:val="0"/>
          <w:i/>
        </w:rPr>
        <w:t>[Say where the VA should report that the task is complete. Example: “#finance in Slack.”]</w:t>
      </w:r>
    </w:p>
    <w:p>
      <w:pPr/>
      <w:r>
        <w:rPr>
          <w:b/>
          <w:i w:val="0"/>
        </w:rPr>
        <w:t>What to report:</w:t>
      </w:r>
      <w:r>
        <w:rPr>
          <w:b w:val="0"/>
          <w:i/>
        </w:rPr>
        <w:t>[Say what the VA should share when the task is complete. Example: “12 receipts added; 2 need review.”]</w:t>
      </w:r>
    </w:p>
    <w:p>
      <w:pPr/>
      <w:r>
        <w:rPr>
          <w:b/>
          <w:i w:val="0"/>
        </w:rPr>
        <w:t>Deadline:</w:t>
      </w:r>
      <w:r>
        <w:rPr>
          <w:b w:val="0"/>
          <w:i w:val="0"/>
        </w:rPr>
        <w:t xml:space="preserve"> </w:t>
      </w:r>
      <w:r>
        <w:rPr>
          <w:b w:val="0"/>
          <w:i/>
        </w:rPr>
        <w:t>[Say when the task should be completed or reported. Example: “By 5 p.m. every Friday.”]</w:t>
      </w:r>
    </w:p>
    <w:p>
      <w:pPr>
        <w:pStyle w:val="Heading1"/>
      </w:pPr>
      <w:r>
        <w:rPr>
          <w:b/>
          <w:i w:val="0"/>
        </w:rPr>
        <w:t>Example and references</w:t>
      </w:r>
    </w:p>
    <w:p>
      <w:pPr/>
      <w:r>
        <w:rPr>
          <w:b/>
          <w:i w:val="0"/>
        </w:rPr>
        <w:t>What good looks like</w:t>
      </w:r>
      <w:r>
        <w:rPr>
          <w:b w:val="0"/>
          <w:i/>
        </w:rPr>
        <w:t>: [Link to a past finished example. Example: "Last week's tab in the tracker."]</w:t>
      </w:r>
    </w:p>
    <w:p>
      <w:pPr/>
      <w:r>
        <w:rPr>
          <w:b/>
          <w:i w:val="0"/>
        </w:rPr>
        <w:t>Visual guide</w:t>
      </w:r>
      <w:r>
        <w:rPr>
          <w:b w:val="0"/>
          <w:i/>
        </w:rPr>
        <w:t>: [Link to a recording or step-by-step guide of the task.]</w:t>
      </w:r>
    </w:p>
    <w:p>
      <w:pPr/>
      <w:r>
        <w:rPr>
          <w:b/>
          <w:i w:val="0"/>
        </w:rPr>
        <w:t>Mistakes to avoid</w:t>
      </w:r>
      <w:r>
        <w:rPr>
          <w:b w:val="0"/>
          <w:i/>
        </w:rPr>
        <w:t>: [Describe an error that's easy to make on this task, or add a screenshot of it, so your VA knows to watch for it. Example: "Entering the date the card was charged. Use the date printed on the receipt."]</w:t>
      </w:r>
    </w:p>
    <w:p>
      <w:pPr>
        <w:pStyle w:val="Heading1"/>
      </w:pPr>
      <w:r>
        <w:rPr>
          <w:b/>
          <w:i w:val="0"/>
        </w:rPr>
        <w:t>Update this SOP when</w:t>
      </w:r>
    </w:p>
    <w:p>
      <w:pPr/>
      <w:r>
        <w:rPr>
          <w:b w:val="0"/>
          <w:i/>
        </w:rPr>
        <w:t>[List the changes that should prompt an update. This includes</w:t>
      </w:r>
    </w:p>
    <w:p>
      <w:pPr>
        <w:pStyle w:val="ListBullet"/>
      </w:pPr>
      <w:r>
        <w:rPr>
          <w:b w:val="0"/>
          <w:i/>
        </w:rPr>
        <w:t>[A tool, policy, or workflow changes]</w:t>
      </w:r>
    </w:p>
    <w:p>
      <w:pPr>
        <w:pStyle w:val="ListBullet"/>
      </w:pPr>
      <w:r>
        <w:rPr>
          <w:b w:val="0"/>
          <w:i/>
        </w:rPr>
        <w:t>[The assistant encounters a situation the SOP doesn’t cover]</w:t>
      </w:r>
    </w:p>
    <w:p>
      <w:pPr/>
      <w:r>
        <w:rPr>
          <w:b/>
          <w:i w:val="0"/>
        </w:rPr>
        <w:t>Who edits it:</w:t>
      </w:r>
      <w:r>
        <w:rPr>
          <w:b w:val="0"/>
          <w:i w:val="0"/>
        </w:rPr>
        <w:t xml:space="preserve"> [Owner / assistant with owner approval]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ils.so/features/video-to-s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Virtual assistant SOP template (Blank)</dc:title>
  <dc:subject/>
  <dc:creator>Trails</dc:creator>
  <cp:keywords/>
  <dc:description/>
  <cp:lastModifiedBy/>
  <cp:revision>1</cp:revision>
  <dcterms:created xsi:type="dcterms:W3CDTF">2013-12-23T23:15:00Z</dcterms:created>
  <dcterms:modified xsi:type="dcterms:W3CDTF">2013-12-23T23:15:00Z</dcterms:modified>
  <cp:category/>
</cp:coreProperties>
</file>